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 סיכון בדרך הכוללים לחץ חברתי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בטוחות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ההשלכות של בחירות מסוכנות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קורקינט חשמלי מיועד לרוכב אחד ושניים מסכנים את עצמם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ללכת ברגל או להציע לנועה ללכת יחד ברגל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בגלל הרצון להשתייך ולא להיראות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גם נסיעה קצרה יכולה להסתיים בתאונה חמורה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קורקינט מיועד לרוכב אחד בלבד ושניים מסכנים שיווי משקל ובלימה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אפשר להישאר ביחד בלי לקחת סיכון מיותר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לעיתים יש לחץ חברתי שמקשה על קבלת ההחלטה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אפשר לסרב בנימוס ולשמור על בטיחות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השלכות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מצב לתגובה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(להציע ללכת יחד ברגל)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(לעצור ולחשוב לפני שמחליטים)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(גם מרחק קצר יכול להיות מסוכן)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(אפשר ללכת ביחד ברגל ולשמור על קשר)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קבלת 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לשמוע את ההצעה של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לחשוב על הסיכון שבהצעה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את האפשרות הבטוחה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להציע חלופה בטוחה לחבר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ללכת יחד בדרך הבטוחה שנבחרה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זיהוי הסיכון, דרך התמודדות עם הלחץ החברתי ובחירה 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שמירה על בטיחות אישית, הדוגמה לאחרים, הימנעות מפציעה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קורקינט מיועד לרוכב אחד, שניים מסכנים שיווי משקל ובלימה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ללכת ברגל או להציע חלופה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לסרב בנימוס ולהציע לעשות משהו אחר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דיון קבוצתי על מצבי דילמה נוספים מחיי היומיום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שיתוף חוויות אישיות בזהירות ובכבוד הדדי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באמצעות משחקי תפקידים המדמים את המצב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לפעמים חברים מבקשים מאיתנו לעשות דברים מסוכנים בדרך, כמו לעלות ביחד על קורקינט. בדף הזה נלמד איך לבחור בבטוח.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צריך לבחור בין כמה אפשרויות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קורקינט חשמלי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רכב קטן עם מנוע חשמלי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לחץ חברתי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כשחברים משכנעים אותנו לעשות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אפשרות שיקרה משהו רע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התוצאות של בחירה או מעשה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הולך רגל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שהולך ברגל ברחוב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נהיגה בטוחה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נהיגה לפי כללים ובזהירות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מסוכן לעלות שניים על קורקינט חשמלי?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הקורקינט איטי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קורקינט חשמלי מיועד לרוכב אחד ושניים מסכנים את עצמם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 לרכוב על קורקינט אחרי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הקורקינט יקר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כדאי לענות לנועה?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לעלות כי זה רק חמש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ללכת ברגל או להציע לנועה ללכת יחד ברגל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לרוץ אחרי הקורקינט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לחכות שנועה תרד ותיתן לו לנהוג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קשה להגיד לא לחבר?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אין זמן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בגלל הרצון להשתייך ולא להיראות 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החוק מחייב להסכים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אפשרות אחרת להגיע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האם נסיעה קצרה בטוחה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זמן קצר תמיד 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נסיעה קצרה יכולה להסתיים בתאונה חמורה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נסיעה קצרה אף פעם לא מסוכנת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ההבדל הוא רק במרחק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לשני אנשים לנסוע יחד על קורקינט חשמלי אחד בלי בעיה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ללכת ברגל יחד עם חבר זו אפשרות בטוחה וחברתית גם 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של דילמה בדרך תמיד קל להחליט בו 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סירוב מנומס להצעה מסוכנת הוא בחירה אחראית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קורקינט חשמלי מיועד לרוכב __________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הבחירה הבטוחה היא ללכת __________ עם החבר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שמקבלים החלטה בדרך כדאי לחשוב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לסרב בנימוס ולהציע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מצב לתגובה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 מציע לעלות שניים על קורקינט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לעצור ולחשוב לפני שמחליטים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יש לחץ חברתי להסכים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גם מרחק קצר יכול להיות מסוכן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המרחק קצר מאוד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להציע ללכת יחד ברגל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רוצים להישאר יחד עם החברה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אפשר ללכת ביחד ברגל ולשמור על קשר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קבלת החלטה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את האפשרות הבטוחה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להציע חלופה בטוחה לחבר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ללכת יחד בדרך הבטוחה שנבחרה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על הסיכון שבהצעה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לשמוע את ההצעה של החבר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דומה שקרה לכם או שיכול לקרות, שבו חבר הציע לכם לקחת סיכון בדרך. איך הייתם מגיבים?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סיבות טובות לסרב להצעה מסוכנת בדרך גם אם זה עלול להרגיש לא נעים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הסכנה בעלייה של שניים על קורקינט חשמלי?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הבחירה הבטוחה במצב שבו חבר מציע סיכון בדרך?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לסרב להצעה מסוכנת בלי לפגוע בחברות?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דילמות בדרך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