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בדרך הכוללים 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בטוחות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ההשלכות של בחירות מסוכנות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קורקינט חשמלי מיועד לרוכב אחד ושניים מסכנים את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ללכת ברגל או להציע לנועה ללכת יחד ברגל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קורקינט מיועד לרוכב אחד בלבד ושניים מסכנים שיווי משקל ובלימה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להישאר ביחד בלי לקחת סיכון מיותר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מצב לתגובה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(להציע ללכת יחד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(לעצור ולחשוב לפני שמחליטים)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(גם מרחק קצר יכול להיות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ללכת ביחד ברגל ולשמור על קשר)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קבלת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לשמוע את ההצעה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על הסיכון שבהצעה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האפשרות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להציע חלופה בטוחה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זיהוי הסיכון, דרך התמודדות עם הלחץ החברתי ובחירה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קורקינט מיועד לרוכב אחד, שניים מסכנים שיווי משקל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ללכת ברגל או להציע חלופה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לסרב בנימוס ולהציע לעשות משהו אחר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קבוצתי על מצבי דילמה נוספים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חוויות אישיות בזהירות ובכבוד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באמצעות משחקי תפקידים המדמים את המצב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 נוער רבים נתקלים במצבים שבהם חברים מציעים להם לקחת סיכון בדרך, כמו לעלות על קורקינט חשמלי בשניים. דף זה מתרגל זיהוי מצבים כאלה וקבלת החלטה בטוחה.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ברגל  ·  אחד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נועה מציעה לחבר לעלות על הקורקינט החשמלי שלה. מה הבעיה בהצעה?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הקורקינט איטי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קורקינט חשמלי מיועד לרוכב אחד ושניים מסכנים את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 לרכוב על קורקינט אחרי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הבחירה הבטוחה ביותר במצב שתואר?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לעלות כי זה רק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ללכת ברגל או להציע לנועה ללכת יחד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אחרי הקורקינט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לשני אנשים לנסוע יחד על קורקינט חשמלי אחד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ללכת ברגל יחד עם חבר זו אפשרות בטוחה וחברתית גם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קורקינט חשמלי מיועד לרוכב __________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הבחירה הבטוחה היא ללכת __________ עם החבר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מצב לתגובה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מציע לעלות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לעצור ולחשוב לפני שמחליטים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לחץ חברתי להסכים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גם מרחק קצר יכול להיות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המרחק קצר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ללכת ביחד ברגל ולשמור על 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רוצים להישאר יחד עם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להציע ללכת יחד ברגל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קבלת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האפשרות הבטוחה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להציע חלופה בטוחה לחבר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לשמוע את ההצעה של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הסיכון שבהצעה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דומה שקרה לכם או שיכול לקרות, שבו חבר הציע לכם לקחת סיכון בדרך. איך הייתם מגיבים?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הסכנה בעלייה של שניים על קורקינט חשמלי?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הבחירה הבטוחה במצב שבו חבר מציע סיכון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